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4D284" w14:textId="77777777" w:rsidR="00147949" w:rsidRDefault="002A6120" w:rsidP="00E751BF">
      <w:pPr>
        <w:pStyle w:val="Rubrik1"/>
        <w:jc w:val="center"/>
        <w:rPr>
          <w:sz w:val="32"/>
          <w:szCs w:val="32"/>
          <w:lang w:val="sv-SE"/>
        </w:rPr>
      </w:pPr>
      <w:r w:rsidRPr="00E751BF">
        <w:rPr>
          <w:sz w:val="32"/>
          <w:szCs w:val="32"/>
          <w:lang w:val="sv-SE"/>
        </w:rPr>
        <w:t>Protokoll - Värmlands Skidförbund</w:t>
      </w:r>
    </w:p>
    <w:p w14:paraId="1C493DE2" w14:textId="77777777" w:rsidR="00E751BF" w:rsidRPr="00E751BF" w:rsidRDefault="00E751BF" w:rsidP="00E751BF">
      <w:pPr>
        <w:rPr>
          <w:lang w:val="sv-SE"/>
        </w:rPr>
      </w:pPr>
    </w:p>
    <w:p w14:paraId="23319511" w14:textId="04CDB0E3" w:rsidR="002A6120" w:rsidRDefault="002A6120">
      <w:pPr>
        <w:rPr>
          <w:sz w:val="28"/>
          <w:szCs w:val="28"/>
          <w:lang w:val="sv-SE"/>
        </w:rPr>
      </w:pPr>
      <w:r w:rsidRPr="002A6120">
        <w:rPr>
          <w:sz w:val="28"/>
          <w:szCs w:val="28"/>
          <w:lang w:val="sv-SE"/>
        </w:rPr>
        <w:t>Datum: 18 augusti 2025</w:t>
      </w:r>
      <w:r w:rsidR="00E751BF">
        <w:rPr>
          <w:sz w:val="28"/>
          <w:szCs w:val="28"/>
          <w:lang w:val="sv-SE"/>
        </w:rPr>
        <w:t>, digitalt.</w:t>
      </w:r>
    </w:p>
    <w:p w14:paraId="246CE161" w14:textId="5726E082" w:rsidR="00147949" w:rsidRPr="002A6120" w:rsidRDefault="002A6120">
      <w:pPr>
        <w:rPr>
          <w:sz w:val="24"/>
          <w:szCs w:val="24"/>
          <w:lang w:val="sv-SE"/>
        </w:rPr>
      </w:pPr>
      <w:r>
        <w:rPr>
          <w:sz w:val="28"/>
          <w:szCs w:val="28"/>
          <w:lang w:val="sv-SE"/>
        </w:rPr>
        <w:t xml:space="preserve">Närvarande: </w:t>
      </w:r>
      <w:r w:rsidR="00E530BD">
        <w:rPr>
          <w:sz w:val="28"/>
          <w:szCs w:val="28"/>
          <w:lang w:val="sv-SE"/>
        </w:rPr>
        <w:t xml:space="preserve">Jan Sandström, Mattias Aronsson, Annika Hofstedt, Charlott </w:t>
      </w:r>
      <w:proofErr w:type="spellStart"/>
      <w:r w:rsidR="00E530BD">
        <w:rPr>
          <w:sz w:val="28"/>
          <w:szCs w:val="28"/>
          <w:lang w:val="sv-SE"/>
        </w:rPr>
        <w:t>Lehnback</w:t>
      </w:r>
      <w:proofErr w:type="spellEnd"/>
      <w:r w:rsidR="00C4025D">
        <w:rPr>
          <w:sz w:val="28"/>
          <w:szCs w:val="28"/>
          <w:lang w:val="sv-SE"/>
        </w:rPr>
        <w:t xml:space="preserve">, Jessika Johansson, Cecilia </w:t>
      </w:r>
      <w:proofErr w:type="spellStart"/>
      <w:r w:rsidR="00C4025D">
        <w:rPr>
          <w:sz w:val="28"/>
          <w:szCs w:val="28"/>
          <w:lang w:val="sv-SE"/>
        </w:rPr>
        <w:t>Åne</w:t>
      </w:r>
      <w:r w:rsidR="00434E52">
        <w:rPr>
          <w:sz w:val="28"/>
          <w:szCs w:val="28"/>
          <w:lang w:val="sv-SE"/>
        </w:rPr>
        <w:t>ryd</w:t>
      </w:r>
      <w:proofErr w:type="spellEnd"/>
      <w:r w:rsidR="00434E52">
        <w:rPr>
          <w:sz w:val="28"/>
          <w:szCs w:val="28"/>
          <w:lang w:val="sv-SE"/>
        </w:rPr>
        <w:t>, Niklas Ni</w:t>
      </w:r>
      <w:r w:rsidR="00260840">
        <w:rPr>
          <w:sz w:val="28"/>
          <w:szCs w:val="28"/>
          <w:lang w:val="sv-SE"/>
        </w:rPr>
        <w:t>lsson, Hanna Thorén.</w:t>
      </w:r>
      <w:r w:rsidRPr="002A6120">
        <w:rPr>
          <w:sz w:val="24"/>
          <w:szCs w:val="24"/>
          <w:lang w:val="sv-SE"/>
        </w:rPr>
        <w:br/>
      </w:r>
    </w:p>
    <w:p w14:paraId="5CA80F75" w14:textId="6AA57171" w:rsidR="00147949" w:rsidRPr="002A6120" w:rsidRDefault="002A6120">
      <w:pPr>
        <w:pStyle w:val="Numreradlista"/>
        <w:rPr>
          <w:sz w:val="24"/>
          <w:szCs w:val="24"/>
        </w:rPr>
      </w:pPr>
      <w:proofErr w:type="spellStart"/>
      <w:r w:rsidRPr="002A6120">
        <w:rPr>
          <w:sz w:val="24"/>
          <w:szCs w:val="24"/>
        </w:rPr>
        <w:t>Mötets</w:t>
      </w:r>
      <w:proofErr w:type="spellEnd"/>
      <w:r w:rsidRPr="002A6120">
        <w:rPr>
          <w:sz w:val="24"/>
          <w:szCs w:val="24"/>
        </w:rPr>
        <w:t xml:space="preserve"> </w:t>
      </w:r>
      <w:proofErr w:type="spellStart"/>
      <w:r w:rsidRPr="002A6120">
        <w:rPr>
          <w:sz w:val="24"/>
          <w:szCs w:val="24"/>
        </w:rPr>
        <w:t>öppnande</w:t>
      </w:r>
      <w:proofErr w:type="spellEnd"/>
      <w:r w:rsidRPr="002A6120">
        <w:rPr>
          <w:sz w:val="24"/>
          <w:szCs w:val="24"/>
        </w:rPr>
        <w:t>.</w:t>
      </w:r>
    </w:p>
    <w:p w14:paraId="3665E262" w14:textId="7345ECB7" w:rsidR="00147949" w:rsidRDefault="002A6120">
      <w:pPr>
        <w:pStyle w:val="Numreradlista"/>
        <w:rPr>
          <w:sz w:val="24"/>
          <w:szCs w:val="24"/>
        </w:rPr>
      </w:pPr>
      <w:proofErr w:type="spellStart"/>
      <w:r w:rsidRPr="002A6120">
        <w:rPr>
          <w:sz w:val="24"/>
          <w:szCs w:val="24"/>
        </w:rPr>
        <w:t>Godkännande</w:t>
      </w:r>
      <w:proofErr w:type="spellEnd"/>
      <w:r w:rsidRPr="002A6120">
        <w:rPr>
          <w:sz w:val="24"/>
          <w:szCs w:val="24"/>
        </w:rPr>
        <w:t xml:space="preserve"> av </w:t>
      </w:r>
      <w:proofErr w:type="spellStart"/>
      <w:r w:rsidRPr="002A6120">
        <w:rPr>
          <w:sz w:val="24"/>
          <w:szCs w:val="24"/>
        </w:rPr>
        <w:t>dagordningen</w:t>
      </w:r>
      <w:proofErr w:type="spellEnd"/>
      <w:r w:rsidRPr="002A6120">
        <w:rPr>
          <w:sz w:val="24"/>
          <w:szCs w:val="24"/>
        </w:rPr>
        <w:t>.</w:t>
      </w:r>
    </w:p>
    <w:p w14:paraId="028BC7C6" w14:textId="5E33EED0" w:rsidR="00260840" w:rsidRPr="002A6120" w:rsidRDefault="006E66DF">
      <w:pPr>
        <w:pStyle w:val="Numreradlista"/>
        <w:rPr>
          <w:sz w:val="24"/>
          <w:szCs w:val="24"/>
        </w:rPr>
      </w:pPr>
      <w:r>
        <w:rPr>
          <w:sz w:val="24"/>
          <w:szCs w:val="24"/>
        </w:rPr>
        <w:t xml:space="preserve">Mattias </w:t>
      </w:r>
      <w:proofErr w:type="spellStart"/>
      <w:r>
        <w:rPr>
          <w:sz w:val="24"/>
          <w:szCs w:val="24"/>
        </w:rPr>
        <w:t>valdes</w:t>
      </w:r>
      <w:proofErr w:type="spellEnd"/>
      <w:r>
        <w:rPr>
          <w:sz w:val="24"/>
          <w:szCs w:val="24"/>
        </w:rPr>
        <w:t xml:space="preserve"> till </w:t>
      </w:r>
      <w:proofErr w:type="spellStart"/>
      <w:r>
        <w:rPr>
          <w:sz w:val="24"/>
          <w:szCs w:val="24"/>
        </w:rPr>
        <w:t>justeringsman</w:t>
      </w:r>
      <w:proofErr w:type="spellEnd"/>
      <w:r>
        <w:rPr>
          <w:sz w:val="24"/>
          <w:szCs w:val="24"/>
        </w:rPr>
        <w:t>.</w:t>
      </w:r>
    </w:p>
    <w:p w14:paraId="7DAA99C5" w14:textId="5C971AF8" w:rsidR="00147949" w:rsidRPr="002A6120" w:rsidRDefault="002A6120">
      <w:pPr>
        <w:pStyle w:val="Numreradlista"/>
        <w:rPr>
          <w:sz w:val="24"/>
          <w:szCs w:val="24"/>
        </w:rPr>
      </w:pPr>
      <w:proofErr w:type="spellStart"/>
      <w:r w:rsidRPr="002A6120">
        <w:rPr>
          <w:sz w:val="24"/>
          <w:szCs w:val="24"/>
        </w:rPr>
        <w:t>Föregående</w:t>
      </w:r>
      <w:proofErr w:type="spellEnd"/>
      <w:r w:rsidRPr="002A6120">
        <w:rPr>
          <w:sz w:val="24"/>
          <w:szCs w:val="24"/>
        </w:rPr>
        <w:t xml:space="preserve"> </w:t>
      </w:r>
      <w:proofErr w:type="spellStart"/>
      <w:r w:rsidRPr="002A6120">
        <w:rPr>
          <w:sz w:val="24"/>
          <w:szCs w:val="24"/>
        </w:rPr>
        <w:t>protokoll</w:t>
      </w:r>
      <w:proofErr w:type="spellEnd"/>
      <w:r w:rsidRPr="002A6120">
        <w:rPr>
          <w:sz w:val="24"/>
          <w:szCs w:val="24"/>
        </w:rPr>
        <w:t>.</w:t>
      </w:r>
    </w:p>
    <w:p w14:paraId="14DA2869" w14:textId="2BF28AEA" w:rsidR="00147949" w:rsidRPr="002A6120" w:rsidRDefault="002A6120">
      <w:pPr>
        <w:pStyle w:val="Numreradlista"/>
        <w:rPr>
          <w:sz w:val="24"/>
          <w:szCs w:val="24"/>
          <w:lang w:val="sv-SE"/>
        </w:rPr>
      </w:pPr>
      <w:r w:rsidRPr="002A6120">
        <w:rPr>
          <w:sz w:val="24"/>
          <w:szCs w:val="24"/>
          <w:lang w:val="sv-SE"/>
        </w:rPr>
        <w:t>Valberedningen: Dan stämmer av med valberedningen. De kunde inte närvara vid mötet.</w:t>
      </w:r>
    </w:p>
    <w:p w14:paraId="104CF1C7" w14:textId="12C7FF4A" w:rsidR="00147949" w:rsidRPr="002A6120" w:rsidRDefault="002A6120">
      <w:pPr>
        <w:pStyle w:val="Numreradlista"/>
        <w:rPr>
          <w:sz w:val="24"/>
          <w:szCs w:val="24"/>
          <w:lang w:val="sv-SE"/>
        </w:rPr>
      </w:pPr>
      <w:r w:rsidRPr="002A6120">
        <w:rPr>
          <w:sz w:val="24"/>
          <w:szCs w:val="24"/>
          <w:lang w:val="sv-SE"/>
        </w:rPr>
        <w:t>Nästa möte föreslås till den 17 oktober kl. 18.00. Inbjudan skickas ut.</w:t>
      </w:r>
    </w:p>
    <w:p w14:paraId="0B5F2AA7" w14:textId="20340ED5" w:rsidR="002A6120" w:rsidRPr="00BB2FE6" w:rsidRDefault="002A6120" w:rsidP="002A6120">
      <w:pPr>
        <w:pStyle w:val="Numreradlista"/>
        <w:numPr>
          <w:ilvl w:val="0"/>
          <w:numId w:val="0"/>
        </w:numPr>
        <w:ind w:left="360"/>
        <w:rPr>
          <w:sz w:val="24"/>
          <w:szCs w:val="24"/>
          <w:lang w:val="sv-SE"/>
        </w:rPr>
      </w:pPr>
      <w:r w:rsidRPr="00BB2FE6">
        <w:rPr>
          <w:sz w:val="24"/>
          <w:szCs w:val="24"/>
          <w:lang w:val="sv-SE"/>
        </w:rPr>
        <w:t>Rapport från längdkommittén: Det har varit liten uppslutning men gemensamma träningar har hållits, vilket uppskattats. Kommittén fungerar bra.</w:t>
      </w:r>
      <w:r w:rsidRPr="00BB2FE6">
        <w:rPr>
          <w:sz w:val="24"/>
          <w:szCs w:val="24"/>
          <w:lang w:val="sv-SE"/>
        </w:rPr>
        <w:br/>
      </w:r>
      <w:r w:rsidRPr="00BB2FE6">
        <w:rPr>
          <w:sz w:val="24"/>
          <w:szCs w:val="24"/>
          <w:lang w:val="sv-SE"/>
        </w:rPr>
        <w:br/>
        <w:t>Rapport från alpina kommittén: Fem sommarträningar har genomförts. En helg i Oslo för alla samt en helg för USM-</w:t>
      </w:r>
      <w:proofErr w:type="spellStart"/>
      <w:r w:rsidRPr="00BB2FE6">
        <w:rPr>
          <w:sz w:val="24"/>
          <w:szCs w:val="24"/>
          <w:lang w:val="sv-SE"/>
        </w:rPr>
        <w:t>åksre</w:t>
      </w:r>
      <w:proofErr w:type="spellEnd"/>
      <w:r w:rsidRPr="00BB2FE6">
        <w:rPr>
          <w:sz w:val="24"/>
          <w:szCs w:val="24"/>
          <w:lang w:val="sv-SE"/>
        </w:rPr>
        <w:t>. Fystest är på gång. Test- och utbildningshelg i Sundsvall ställs i. Material har gåtts igenom. Nya beställningar har gjorts. Arbetet med utbildningsprogram har påbörjats. Vid FYS-skolningsläger på Bosön deltog två ledare samt två åkare.</w:t>
      </w:r>
      <w:r w:rsidRPr="00BB2FE6">
        <w:rPr>
          <w:sz w:val="24"/>
          <w:szCs w:val="24"/>
          <w:lang w:val="sv-SE"/>
        </w:rPr>
        <w:br/>
        <w:t>Värmlands Skidförbund representeras även vid utbildningen ”Unga ledare” i Bosön.</w:t>
      </w:r>
    </w:p>
    <w:p w14:paraId="3640183E" w14:textId="07567D1C" w:rsidR="00147949" w:rsidRPr="002A6120" w:rsidRDefault="002A6120">
      <w:pPr>
        <w:pStyle w:val="Numreradlista"/>
        <w:rPr>
          <w:sz w:val="24"/>
          <w:szCs w:val="24"/>
          <w:lang w:val="sv-SE"/>
        </w:rPr>
      </w:pPr>
      <w:r w:rsidRPr="002A6120">
        <w:rPr>
          <w:sz w:val="24"/>
          <w:szCs w:val="24"/>
          <w:lang w:val="sv-SE"/>
        </w:rPr>
        <w:t>Ekonomisk rapport: Rapporten gicks igenom översiktligt, men allt material är inte komplett. Pengar avsätts till en föreläsning. Diskussion fördes om att eventuellt öppna ett Swishnummer.</w:t>
      </w:r>
      <w:r w:rsidRPr="002A6120">
        <w:rPr>
          <w:sz w:val="24"/>
          <w:szCs w:val="24"/>
          <w:lang w:val="sv-SE"/>
        </w:rPr>
        <w:br/>
      </w:r>
      <w:r w:rsidRPr="002A6120">
        <w:rPr>
          <w:sz w:val="24"/>
          <w:szCs w:val="24"/>
          <w:lang w:val="sv-SE"/>
        </w:rPr>
        <w:br/>
        <w:t>Ekonomitjänst: Inget nytt att rapportera. Annika har begärt underlag från RF-sisus bolag.</w:t>
      </w:r>
    </w:p>
    <w:p w14:paraId="53EED9F7" w14:textId="7596727D" w:rsidR="00147949" w:rsidRPr="002A6120" w:rsidRDefault="002A6120">
      <w:pPr>
        <w:pStyle w:val="Numreradlista"/>
        <w:rPr>
          <w:sz w:val="24"/>
          <w:szCs w:val="24"/>
          <w:lang w:val="sv-SE"/>
        </w:rPr>
      </w:pPr>
      <w:r w:rsidRPr="002A6120">
        <w:rPr>
          <w:sz w:val="24"/>
          <w:szCs w:val="24"/>
          <w:lang w:val="sv-SE"/>
        </w:rPr>
        <w:t>Information från styrgruppen: Jan är deltar på möte. Råden ska diskuteras och även remiss hanteras.</w:t>
      </w:r>
    </w:p>
    <w:p w14:paraId="0D2CB199" w14:textId="1C0A4C67" w:rsidR="00147949" w:rsidRPr="002A6120" w:rsidRDefault="002A6120">
      <w:pPr>
        <w:pStyle w:val="Numreradlista"/>
        <w:rPr>
          <w:sz w:val="24"/>
          <w:szCs w:val="24"/>
          <w:lang w:val="sv-SE"/>
        </w:rPr>
      </w:pPr>
      <w:r w:rsidRPr="002A6120">
        <w:rPr>
          <w:sz w:val="24"/>
          <w:szCs w:val="24"/>
          <w:lang w:val="sv-SE"/>
        </w:rPr>
        <w:t>Övriga frågor: Jessica informerar om SM-veckan 2026. Diskussion om arrangemanget.</w:t>
      </w:r>
    </w:p>
    <w:p w14:paraId="06A5FE65" w14:textId="66F70BA0" w:rsidR="00147949" w:rsidRPr="002A6120" w:rsidRDefault="002A6120" w:rsidP="002A6120">
      <w:pPr>
        <w:pStyle w:val="Numreradlista"/>
        <w:rPr>
          <w:sz w:val="24"/>
          <w:szCs w:val="24"/>
        </w:rPr>
      </w:pPr>
      <w:proofErr w:type="spellStart"/>
      <w:r w:rsidRPr="002A6120">
        <w:rPr>
          <w:sz w:val="24"/>
          <w:szCs w:val="24"/>
        </w:rPr>
        <w:t>Nästa</w:t>
      </w:r>
      <w:proofErr w:type="spellEnd"/>
      <w:r w:rsidRPr="002A6120">
        <w:rPr>
          <w:sz w:val="24"/>
          <w:szCs w:val="24"/>
        </w:rPr>
        <w:t xml:space="preserve"> </w:t>
      </w:r>
      <w:proofErr w:type="spellStart"/>
      <w:r w:rsidRPr="002A6120">
        <w:rPr>
          <w:sz w:val="24"/>
          <w:szCs w:val="24"/>
        </w:rPr>
        <w:t>möte</w:t>
      </w:r>
      <w:proofErr w:type="spellEnd"/>
      <w:r w:rsidRPr="002A6120">
        <w:rPr>
          <w:sz w:val="24"/>
          <w:szCs w:val="24"/>
        </w:rPr>
        <w:t xml:space="preserve">: 2 </w:t>
      </w:r>
      <w:proofErr w:type="spellStart"/>
      <w:r w:rsidRPr="002A6120">
        <w:rPr>
          <w:sz w:val="24"/>
          <w:szCs w:val="24"/>
        </w:rPr>
        <w:t>september</w:t>
      </w:r>
      <w:proofErr w:type="spellEnd"/>
      <w:r w:rsidRPr="002A6120">
        <w:rPr>
          <w:sz w:val="24"/>
          <w:szCs w:val="24"/>
        </w:rPr>
        <w:t xml:space="preserve"> 2025 kl. 20.00</w:t>
      </w:r>
    </w:p>
    <w:p w14:paraId="76328808" w14:textId="45C2D976" w:rsidR="002A6120" w:rsidRDefault="002A6120" w:rsidP="002A6120">
      <w:pPr>
        <w:pStyle w:val="Numreradlista"/>
        <w:rPr>
          <w:sz w:val="24"/>
          <w:szCs w:val="24"/>
        </w:rPr>
      </w:pPr>
      <w:r w:rsidRPr="002A6120">
        <w:rPr>
          <w:sz w:val="24"/>
          <w:szCs w:val="24"/>
        </w:rPr>
        <w:lastRenderedPageBreak/>
        <w:t xml:space="preserve">Jan </w:t>
      </w:r>
      <w:proofErr w:type="spellStart"/>
      <w:r w:rsidRPr="002A6120">
        <w:rPr>
          <w:sz w:val="24"/>
          <w:szCs w:val="24"/>
        </w:rPr>
        <w:t>förklarar</w:t>
      </w:r>
      <w:proofErr w:type="spellEnd"/>
      <w:r w:rsidRPr="002A6120">
        <w:rPr>
          <w:sz w:val="24"/>
          <w:szCs w:val="24"/>
        </w:rPr>
        <w:t xml:space="preserve"> </w:t>
      </w:r>
      <w:proofErr w:type="spellStart"/>
      <w:r w:rsidRPr="002A6120">
        <w:rPr>
          <w:sz w:val="24"/>
          <w:szCs w:val="24"/>
        </w:rPr>
        <w:t>m</w:t>
      </w:r>
      <w:r w:rsidR="00BB2FE6">
        <w:rPr>
          <w:sz w:val="24"/>
          <w:szCs w:val="24"/>
        </w:rPr>
        <w:t>ö</w:t>
      </w:r>
      <w:r w:rsidRPr="002A6120">
        <w:rPr>
          <w:sz w:val="24"/>
          <w:szCs w:val="24"/>
        </w:rPr>
        <w:t>tet</w:t>
      </w:r>
      <w:proofErr w:type="spellEnd"/>
      <w:r w:rsidRPr="002A6120">
        <w:rPr>
          <w:sz w:val="24"/>
          <w:szCs w:val="24"/>
        </w:rPr>
        <w:t xml:space="preserve"> </w:t>
      </w:r>
      <w:proofErr w:type="spellStart"/>
      <w:r w:rsidRPr="002A6120">
        <w:rPr>
          <w:sz w:val="24"/>
          <w:szCs w:val="24"/>
        </w:rPr>
        <w:t>avslutat</w:t>
      </w:r>
      <w:proofErr w:type="spellEnd"/>
      <w:r w:rsidR="00BB2FE6">
        <w:rPr>
          <w:sz w:val="24"/>
          <w:szCs w:val="24"/>
        </w:rPr>
        <w:t>.</w:t>
      </w:r>
    </w:p>
    <w:p w14:paraId="5C83060C" w14:textId="77777777" w:rsidR="00E751BF" w:rsidRDefault="00E751BF" w:rsidP="00E751BF">
      <w:pPr>
        <w:pStyle w:val="Numreradlista"/>
        <w:numPr>
          <w:ilvl w:val="0"/>
          <w:numId w:val="0"/>
        </w:numPr>
        <w:ind w:left="360" w:hanging="360"/>
        <w:rPr>
          <w:sz w:val="24"/>
          <w:szCs w:val="24"/>
        </w:rPr>
      </w:pPr>
    </w:p>
    <w:p w14:paraId="16EA33EB" w14:textId="77777777" w:rsidR="00BB2FE6" w:rsidRDefault="00BB2FE6" w:rsidP="00E751BF">
      <w:pPr>
        <w:pStyle w:val="Numreradlista"/>
        <w:numPr>
          <w:ilvl w:val="0"/>
          <w:numId w:val="0"/>
        </w:numPr>
        <w:ind w:left="360" w:hanging="360"/>
        <w:rPr>
          <w:sz w:val="24"/>
          <w:szCs w:val="24"/>
        </w:rPr>
      </w:pPr>
    </w:p>
    <w:p w14:paraId="65FA260F" w14:textId="14EA5D1D" w:rsidR="006E66DF" w:rsidRDefault="006E66DF" w:rsidP="006E66DF">
      <w:pPr>
        <w:pStyle w:val="Numreradlista"/>
        <w:numPr>
          <w:ilvl w:val="0"/>
          <w:numId w:val="0"/>
        </w:numPr>
        <w:ind w:left="360" w:hanging="360"/>
        <w:rPr>
          <w:sz w:val="24"/>
          <w:szCs w:val="24"/>
          <w:lang w:val="sv-SE"/>
        </w:rPr>
      </w:pPr>
      <w:r w:rsidRPr="00E751BF">
        <w:rPr>
          <w:sz w:val="24"/>
          <w:szCs w:val="24"/>
          <w:lang w:val="sv-SE"/>
        </w:rPr>
        <w:t xml:space="preserve">Ordförande Jan </w:t>
      </w:r>
      <w:proofErr w:type="spellStart"/>
      <w:r w:rsidRPr="00E751BF">
        <w:rPr>
          <w:sz w:val="24"/>
          <w:szCs w:val="24"/>
          <w:lang w:val="sv-SE"/>
        </w:rPr>
        <w:t>sandström</w:t>
      </w:r>
      <w:proofErr w:type="spellEnd"/>
      <w:r w:rsidRPr="00E751BF">
        <w:rPr>
          <w:sz w:val="24"/>
          <w:szCs w:val="24"/>
          <w:lang w:val="sv-SE"/>
        </w:rPr>
        <w:tab/>
      </w:r>
      <w:r w:rsidRPr="00E751BF">
        <w:rPr>
          <w:sz w:val="24"/>
          <w:szCs w:val="24"/>
          <w:lang w:val="sv-SE"/>
        </w:rPr>
        <w:tab/>
        <w:t>Jus</w:t>
      </w:r>
      <w:r w:rsidR="00E751BF" w:rsidRPr="00E751BF">
        <w:rPr>
          <w:sz w:val="24"/>
          <w:szCs w:val="24"/>
          <w:lang w:val="sv-SE"/>
        </w:rPr>
        <w:t>terare Mattias A</w:t>
      </w:r>
      <w:r w:rsidR="00E751BF">
        <w:rPr>
          <w:sz w:val="24"/>
          <w:szCs w:val="24"/>
          <w:lang w:val="sv-SE"/>
        </w:rPr>
        <w:t>ronsson</w:t>
      </w:r>
    </w:p>
    <w:p w14:paraId="4CE0CF34" w14:textId="77777777" w:rsidR="00E751BF" w:rsidRDefault="00E751BF" w:rsidP="006E66DF">
      <w:pPr>
        <w:pStyle w:val="Numreradlista"/>
        <w:numPr>
          <w:ilvl w:val="0"/>
          <w:numId w:val="0"/>
        </w:numPr>
        <w:ind w:left="360" w:hanging="360"/>
        <w:rPr>
          <w:sz w:val="24"/>
          <w:szCs w:val="24"/>
          <w:lang w:val="sv-SE"/>
        </w:rPr>
      </w:pPr>
    </w:p>
    <w:p w14:paraId="475EBDBA" w14:textId="77777777" w:rsidR="00E751BF" w:rsidRDefault="00E751BF" w:rsidP="006E66DF">
      <w:pPr>
        <w:pStyle w:val="Numreradlista"/>
        <w:numPr>
          <w:ilvl w:val="0"/>
          <w:numId w:val="0"/>
        </w:numPr>
        <w:ind w:left="360" w:hanging="360"/>
        <w:rPr>
          <w:sz w:val="24"/>
          <w:szCs w:val="24"/>
          <w:lang w:val="sv-SE"/>
        </w:rPr>
      </w:pPr>
    </w:p>
    <w:p w14:paraId="039698D2" w14:textId="77777777" w:rsidR="00E751BF" w:rsidRDefault="00E751BF" w:rsidP="006E66DF">
      <w:pPr>
        <w:pStyle w:val="Numreradlista"/>
        <w:numPr>
          <w:ilvl w:val="0"/>
          <w:numId w:val="0"/>
        </w:numPr>
        <w:ind w:left="360" w:hanging="360"/>
        <w:rPr>
          <w:sz w:val="24"/>
          <w:szCs w:val="24"/>
          <w:lang w:val="sv-SE"/>
        </w:rPr>
      </w:pPr>
    </w:p>
    <w:p w14:paraId="6D55872B" w14:textId="77777777" w:rsidR="00E751BF" w:rsidRDefault="00E751BF" w:rsidP="006E66DF">
      <w:pPr>
        <w:pStyle w:val="Numreradlista"/>
        <w:numPr>
          <w:ilvl w:val="0"/>
          <w:numId w:val="0"/>
        </w:numPr>
        <w:ind w:left="360" w:hanging="360"/>
        <w:rPr>
          <w:sz w:val="24"/>
          <w:szCs w:val="24"/>
          <w:lang w:val="sv-SE"/>
        </w:rPr>
      </w:pPr>
    </w:p>
    <w:p w14:paraId="09BD7D70" w14:textId="77777777" w:rsidR="00E751BF" w:rsidRDefault="00E751BF" w:rsidP="006E66DF">
      <w:pPr>
        <w:pStyle w:val="Numreradlista"/>
        <w:numPr>
          <w:ilvl w:val="0"/>
          <w:numId w:val="0"/>
        </w:numPr>
        <w:ind w:left="360" w:hanging="360"/>
        <w:rPr>
          <w:sz w:val="24"/>
          <w:szCs w:val="24"/>
          <w:lang w:val="sv-SE"/>
        </w:rPr>
      </w:pPr>
    </w:p>
    <w:p w14:paraId="236C6BFE" w14:textId="5918F295" w:rsidR="00E751BF" w:rsidRPr="00E751BF" w:rsidRDefault="00E751BF" w:rsidP="006E66DF">
      <w:pPr>
        <w:pStyle w:val="Numreradlista"/>
        <w:numPr>
          <w:ilvl w:val="0"/>
          <w:numId w:val="0"/>
        </w:numPr>
        <w:ind w:left="360" w:hanging="36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Sekreterare </w:t>
      </w:r>
      <w:r w:rsidRPr="00E751BF">
        <w:rPr>
          <w:sz w:val="24"/>
          <w:szCs w:val="24"/>
          <w:lang w:val="sv-SE"/>
        </w:rPr>
        <w:t>Hanna Thorén</w:t>
      </w:r>
    </w:p>
    <w:sectPr w:rsidR="00E751BF" w:rsidRPr="00E751B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23966489">
    <w:abstractNumId w:val="8"/>
  </w:num>
  <w:num w:numId="2" w16cid:durableId="159778952">
    <w:abstractNumId w:val="6"/>
  </w:num>
  <w:num w:numId="3" w16cid:durableId="1346326811">
    <w:abstractNumId w:val="5"/>
  </w:num>
  <w:num w:numId="4" w16cid:durableId="859855156">
    <w:abstractNumId w:val="4"/>
  </w:num>
  <w:num w:numId="5" w16cid:durableId="922764967">
    <w:abstractNumId w:val="7"/>
  </w:num>
  <w:num w:numId="6" w16cid:durableId="958494616">
    <w:abstractNumId w:val="3"/>
  </w:num>
  <w:num w:numId="7" w16cid:durableId="1945261488">
    <w:abstractNumId w:val="2"/>
  </w:num>
  <w:num w:numId="8" w16cid:durableId="1166629993">
    <w:abstractNumId w:val="1"/>
  </w:num>
  <w:num w:numId="9" w16cid:durableId="1937520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7949"/>
    <w:rsid w:val="0015074B"/>
    <w:rsid w:val="00260840"/>
    <w:rsid w:val="0029639D"/>
    <w:rsid w:val="002A6120"/>
    <w:rsid w:val="00326F90"/>
    <w:rsid w:val="003408E1"/>
    <w:rsid w:val="00434E52"/>
    <w:rsid w:val="006E66DF"/>
    <w:rsid w:val="008827B2"/>
    <w:rsid w:val="00AA1D8D"/>
    <w:rsid w:val="00B47730"/>
    <w:rsid w:val="00BB2FE6"/>
    <w:rsid w:val="00C4025D"/>
    <w:rsid w:val="00CB0664"/>
    <w:rsid w:val="00E530BD"/>
    <w:rsid w:val="00E751B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EB1863"/>
  <w14:defaultImageDpi w14:val="300"/>
  <w15:docId w15:val="{1B88FA04-E1D2-4E8C-97AB-C20681226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265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Hanna Thorén</cp:lastModifiedBy>
  <cp:revision>9</cp:revision>
  <dcterms:created xsi:type="dcterms:W3CDTF">2025-09-02T12:56:00Z</dcterms:created>
  <dcterms:modified xsi:type="dcterms:W3CDTF">2025-09-18T11:31:00Z</dcterms:modified>
  <cp:category/>
</cp:coreProperties>
</file>